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דף עבודה · 🧩 חנ״מ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גמישים בדרך, יציבים במטרה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📘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מטרות: לזהות מחשבה קשיחה מול גמישה; לנסח תוכנית ב׳ כשהתוכנית משתנה; להפוך "לא" ל"עוד לא"; להבחין בין מה שבידיים שלי למה שלא.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"מחשבים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מתי ההודעה הזאת מופיעה באפליקציית ניווט? מה היא מלמדת? מציגים את ארבעת כפתורי "הנווט הפנימי".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ממיינים במליאה מחשבות מהאתר (מקרינים). כל זוג מחליט ומנמק.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מחשבים מסלול מחדש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קבוצות מקבלות קלף שינוי-בתוכנית, בוחרות תגובה ומנסחות תוכנית ב׳ משלהן. מציגות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עוד לא / 🎯 מה בידיים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 ועולים: "עוד לא". חט״ב: שניהם. חט״ע: מלכודות חשיבה + טיעון נגדי.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משחק ההחלפה + 🌬️ 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מתנסים 60 שניות במשחק, מדברים על "מחיר ההחלפה", וסוגרים בנשימה.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🎫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כרטיס. נפרדים במשפט: "גמישים בדרך, יציבים במטרה".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א׳: 1. קשיחה · 2. גמישה · 3. קשיחה · 4. גמישה · 5. גמישה · 6. קשיחה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ג׳ (מיון): 🪥 לצחצח שיניים – בידיים שלי · 🌧️ גשם – לא בידיים שלי · 🙋 לבקש עזרה – בידיים שלי · 🚌 אוטובוס מאחר – לא בידיים שלי · 🌬️ לנשום – בידיים שלי · 🔔 צלצול – לא בידיים שלי</w:t>
      </w:r>
    </w:p>
    <w:p>
      <w:pPr>
        <w:bidi w:val="1"/>
        <w:spacing w:after="80"/>
        <w:jc w:val="right"/>
        <w:shd w:val="clear" w:color="auto" w:fill="EEF4FF"/>
      </w:pPr>
      <w:r>
        <w:rPr>
          <w:rFonts w:ascii="Arial" w:hAnsi="Arial" w:cs="Arial"/>
          <w:b w:val="0"/>
          <w:color w:val="0B3D5B"/>
          <w:sz w:val="21"/>
          <w:rtl w:val="1"/>
          <w:szCs w:val="21"/>
        </w:rPr>
        <w:t>🤝 מרחב בטוח: השיתוף הוא בחירה; תמיכה ולא טיפול; כל חשש – ליועצת באותו יום. מול פגיעה, חרם או אלימות לא מבקשים להתגמש.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גש״ר מאח״ד: גוף – עש״ן ד״ק · שכל – מחשבה גמישה · חברה – תוכנית ב׳ בקבוצה · דמיון – "אחרי העוד לא". ברוח מעש״ה: שואלים לפני שמפרשים, ובונים רצף – מה קרה, מה עכשיו, מה הלאה.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· 🧩 חנ״מ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   כיתה: ______   תאריך: 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א׳ – 🎋 מה עוזר?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מקיפים את התמונה שעוזרת.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✏️ לוקחים עיפרון אחר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😭 בוכים ולא כותבים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🧩 משחקים בפנים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😡 כועסים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🍌 אוכלים בננה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🚫 לא אוכלים כלום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🙂 משחקים עם מישהו אחר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😢 יושבים לבד</w:t>
            </w:r>
          </w:p>
        </w:tc>
      </w:tr>
    </w:tbl>
    <w:p/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ב׳ – ⏳ עוד לא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מעתיקים או מדביקים: "עוד לא".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6F8B"/>
          <w:sz w:val="40"/>
          <w:rtl w:val="1"/>
          <w:szCs w:val="40"/>
          <w:bCs/>
        </w:rPr>
        <w:t>⏳ עוד לא יודע/ת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6F8B"/>
          <w:sz w:val="40"/>
          <w:rtl w:val="1"/>
          <w:szCs w:val="40"/>
          <w:bCs/>
        </w:rPr>
        <w:t>⏳ עוד לא מצליח/ה – מנסה שוב 💪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6F8B"/>
          <w:sz w:val="40"/>
          <w:rtl w:val="1"/>
          <w:szCs w:val="40"/>
          <w:bCs/>
        </w:rPr>
        <w:t>⏳ עוד קשה לי – אבקש עזרה 🙋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ג׳ – ✋ אני יכול/ה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צובעים את מה שאני יכול/ה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🪥 לצחצח שיניים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🌧️ גשם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🙋 לבקש עזרה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🚌 אוטובוס מאחר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🌬️ לנשום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🔔 צלצול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✂️ - - - - - - - גזרו כאן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🎫 כרטיס יציאה · שם: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😀 / 🙂 / 😐 – איך היה לי?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✋ דבר אחד שאני יכול/ה לעשות: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⏳ עוד לא… (ציור)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